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Equipment Parameters</w:t>
      </w:r>
    </w:p>
    <w:p>
      <w:r>
        <w:t>Models: V85H / V120H</w:t>
      </w:r>
    </w:p>
    <w:p>
      <w:r>
        <w:drawing>
          <wp:inline xmlns:a="http://schemas.openxmlformats.org/drawingml/2006/main" xmlns:pic="http://schemas.openxmlformats.org/drawingml/2006/picture">
            <wp:extent cx="6583680" cy="9875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white_document_page_with_a_large_technica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987552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480" w:bottom="1440" w:left="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